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F8059" w14:textId="77777777" w:rsidR="00245C7A" w:rsidRDefault="00245C7A" w:rsidP="00245C7A">
      <w:pPr>
        <w:pStyle w:val="Heading2"/>
        <w:jc w:val="center"/>
      </w:pPr>
      <w:r>
        <w:rPr>
          <w:noProof/>
        </w:rPr>
        <w:drawing>
          <wp:inline distT="0" distB="0" distL="0" distR="0" wp14:anchorId="346608B3" wp14:editId="67C5D4AE">
            <wp:extent cx="3210560" cy="1203960"/>
            <wp:effectExtent l="0" t="0" r="8890" b="0"/>
            <wp:docPr id="214043100" name="Picture 5" descr="A white background with yellow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43100" name="Picture 5" descr="A white background with yellow text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12779" cy="1204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0AA89" w14:textId="0460FF51" w:rsidR="00682904" w:rsidRPr="00682904" w:rsidRDefault="00000000" w:rsidP="00245C7A">
      <w:pPr>
        <w:pStyle w:val="Heading2"/>
        <w:jc w:val="center"/>
        <w:rPr>
          <w:color w:val="auto"/>
        </w:rPr>
      </w:pPr>
      <w:r>
        <w:t>Title of Abstract:</w:t>
      </w:r>
      <w:r w:rsidR="00682904">
        <w:t xml:space="preserve"> </w:t>
      </w:r>
      <w:r w:rsidR="00682904" w:rsidRPr="00682904">
        <w:rPr>
          <w:color w:val="auto"/>
        </w:rPr>
        <w:t>Sample records for instrumental analysis experiment</w:t>
      </w:r>
    </w:p>
    <w:p w14:paraId="70E81B60" w14:textId="77777777" w:rsidR="000905D5" w:rsidRDefault="00000000" w:rsidP="00682904">
      <w:pPr>
        <w:pStyle w:val="Heading2"/>
        <w:jc w:val="center"/>
      </w:pPr>
      <w:r>
        <w:t>Author(s):</w:t>
      </w:r>
    </w:p>
    <w:p w14:paraId="136F1A07" w14:textId="0D3E171C" w:rsidR="000905D5" w:rsidRDefault="00000000" w:rsidP="00682904">
      <w:pPr>
        <w:spacing w:after="0" w:line="240" w:lineRule="auto"/>
      </w:pPr>
      <w:r>
        <w:t>- Full Name</w:t>
      </w:r>
      <w:r w:rsidR="00682904">
        <w:t>: XXXXXXXXXXXX</w:t>
      </w:r>
    </w:p>
    <w:p w14:paraId="2846449A" w14:textId="77777777" w:rsidR="000905D5" w:rsidRDefault="00000000" w:rsidP="00682904">
      <w:pPr>
        <w:spacing w:after="0" w:line="240" w:lineRule="auto"/>
      </w:pPr>
      <w:r>
        <w:t>- Affiliation (Institution/University, City, Country): ___________________________</w:t>
      </w:r>
    </w:p>
    <w:p w14:paraId="0DF5175C" w14:textId="77777777" w:rsidR="00682904" w:rsidRDefault="00682904" w:rsidP="00682904">
      <w:pPr>
        <w:spacing w:after="0" w:line="240" w:lineRule="auto"/>
      </w:pPr>
    </w:p>
    <w:p w14:paraId="2AC29B6B" w14:textId="77777777" w:rsidR="000905D5" w:rsidRDefault="00000000" w:rsidP="00682904">
      <w:pPr>
        <w:pStyle w:val="Heading2"/>
        <w:jc w:val="center"/>
      </w:pPr>
      <w:r>
        <w:t>Abstract (250–300 words):</w:t>
      </w:r>
    </w:p>
    <w:p w14:paraId="06D118B0" w14:textId="77777777" w:rsidR="000905D5" w:rsidRDefault="00000000">
      <w:r>
        <w:t>[Provide a clear and concise summary of your research, including background, objectives, methods, results, and conclusions. Avoid references, tables, and figures in the abstract.]</w:t>
      </w:r>
    </w:p>
    <w:p w14:paraId="1EACCFFC" w14:textId="77777777" w:rsidR="000905D5" w:rsidRDefault="00000000" w:rsidP="00682904">
      <w:pPr>
        <w:pStyle w:val="Heading2"/>
        <w:jc w:val="center"/>
      </w:pPr>
      <w:r>
        <w:t>Biography (up to 150 words):</w:t>
      </w:r>
    </w:p>
    <w:p w14:paraId="79AD477B" w14:textId="07E7CEF8" w:rsidR="00682904" w:rsidRDefault="00000000">
      <w:r>
        <w:t>[Short professional biography of presenting author: academic background, key research contributions, publications, awards, etc.]</w:t>
      </w:r>
    </w:p>
    <w:p w14:paraId="1A8AC06F" w14:textId="77777777" w:rsidR="000905D5" w:rsidRDefault="00000000" w:rsidP="00682904">
      <w:pPr>
        <w:pStyle w:val="Heading2"/>
        <w:jc w:val="center"/>
      </w:pPr>
      <w:r>
        <w:t>Presenting Author Details:</w:t>
      </w:r>
    </w:p>
    <w:p w14:paraId="0C0A11CF" w14:textId="5BA3FF40" w:rsidR="00682904" w:rsidRDefault="00682904" w:rsidP="00682904">
      <w:r>
        <w:rPr>
          <w:noProof/>
        </w:rPr>
        <w:drawing>
          <wp:inline distT="0" distB="0" distL="0" distR="0" wp14:anchorId="3D84221A" wp14:editId="424C65BD">
            <wp:extent cx="1257300" cy="1257300"/>
            <wp:effectExtent l="0" t="0" r="0" b="0"/>
            <wp:docPr id="1192912428" name="Picture 4" descr="A blue and red line drawing of a pers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912428" name="Picture 4" descr="A blue and red line drawing of a person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5210A" w14:textId="77777777" w:rsidR="000905D5" w:rsidRDefault="00000000" w:rsidP="00682904">
      <w:pPr>
        <w:pStyle w:val="NoSpacing"/>
      </w:pPr>
      <w:r>
        <w:t>- Full Name: ___________________________</w:t>
      </w:r>
    </w:p>
    <w:p w14:paraId="57D157BF" w14:textId="77777777" w:rsidR="000905D5" w:rsidRDefault="00000000" w:rsidP="00682904">
      <w:pPr>
        <w:pStyle w:val="NoSpacing"/>
      </w:pPr>
      <w:r>
        <w:t>- Mobile / WhatsApp: ___________________________</w:t>
      </w:r>
    </w:p>
    <w:p w14:paraId="15200F6F" w14:textId="77777777" w:rsidR="000905D5" w:rsidRDefault="00000000" w:rsidP="00682904">
      <w:pPr>
        <w:pStyle w:val="NoSpacing"/>
      </w:pPr>
      <w:r>
        <w:t>- Email Address: ___________________________</w:t>
      </w:r>
    </w:p>
    <w:p w14:paraId="09FCCF06" w14:textId="77777777" w:rsidR="000905D5" w:rsidRDefault="00000000" w:rsidP="00682904">
      <w:pPr>
        <w:pStyle w:val="NoSpacing"/>
      </w:pPr>
      <w:r>
        <w:t>- Twitter / LinkedIn (optional): ___________________________</w:t>
      </w:r>
    </w:p>
    <w:p w14:paraId="429EC769" w14:textId="77777777" w:rsidR="000905D5" w:rsidRDefault="00000000" w:rsidP="00682904">
      <w:pPr>
        <w:pStyle w:val="NoSpacing"/>
      </w:pPr>
      <w:r>
        <w:t>- Session Name / Number (if applicable): ___________________________</w:t>
      </w:r>
    </w:p>
    <w:p w14:paraId="6054E3C1" w14:textId="77777777" w:rsidR="000905D5" w:rsidRDefault="00000000" w:rsidP="00682904">
      <w:pPr>
        <w:pStyle w:val="NoSpacing"/>
        <w:rPr>
          <w:rFonts w:ascii="Segoe UI Symbol" w:hAnsi="Segoe UI Symbol" w:cs="Segoe UI Symbol"/>
        </w:rPr>
      </w:pPr>
      <w:r>
        <w:t xml:space="preserve">- Category: Oral Presentation </w:t>
      </w:r>
      <w:r>
        <w:rPr>
          <w:rFonts w:ascii="Segoe UI Symbol" w:hAnsi="Segoe UI Symbol" w:cs="Segoe UI Symbol"/>
        </w:rPr>
        <w:t>☐</w:t>
      </w:r>
      <w:r>
        <w:t xml:space="preserve"> | Poster Presentation </w:t>
      </w:r>
      <w:r>
        <w:rPr>
          <w:rFonts w:ascii="Segoe UI Symbol" w:hAnsi="Segoe UI Symbol" w:cs="Segoe UI Symbol"/>
        </w:rPr>
        <w:t>☐</w:t>
      </w:r>
    </w:p>
    <w:p w14:paraId="529659BB" w14:textId="77777777" w:rsidR="00682904" w:rsidRDefault="00682904" w:rsidP="00682904">
      <w:pPr>
        <w:pStyle w:val="NoSpacing"/>
      </w:pPr>
      <w:r>
        <w:t>- Date of Birth (for records only): ___________________________</w:t>
      </w:r>
    </w:p>
    <w:p w14:paraId="695505E1" w14:textId="77777777" w:rsidR="00682904" w:rsidRDefault="00682904" w:rsidP="00682904">
      <w:pPr>
        <w:pStyle w:val="NoSpacing"/>
        <w:rPr>
          <w:rFonts w:ascii="Segoe UI Symbol" w:hAnsi="Segoe UI Symbol" w:cs="Segoe UI Symbol"/>
        </w:rPr>
      </w:pPr>
    </w:p>
    <w:p w14:paraId="18AF31CF" w14:textId="77777777" w:rsidR="00682904" w:rsidRDefault="00682904" w:rsidP="00682904">
      <w:pPr>
        <w:pStyle w:val="NoSpacing"/>
      </w:pPr>
    </w:p>
    <w:p w14:paraId="33B2506F" w14:textId="77777777" w:rsidR="000905D5" w:rsidRDefault="00000000" w:rsidP="00682904">
      <w:pPr>
        <w:pStyle w:val="Heading2"/>
        <w:jc w:val="center"/>
      </w:pPr>
      <w:r>
        <w:t>Additional Information:</w:t>
      </w:r>
    </w:p>
    <w:p w14:paraId="41561806" w14:textId="77777777" w:rsidR="000905D5" w:rsidRDefault="00000000" w:rsidP="00682904">
      <w:pPr>
        <w:pStyle w:val="NoSpacing"/>
      </w:pPr>
      <w:r>
        <w:t>- Recent Publications (up to 5, optional): ___________________________</w:t>
      </w:r>
    </w:p>
    <w:p w14:paraId="3F38F9D7" w14:textId="336BC7C4" w:rsidR="000905D5" w:rsidRDefault="00000000" w:rsidP="00682904">
      <w:pPr>
        <w:pStyle w:val="NoSpacing"/>
      </w:pPr>
      <w:r>
        <w:t>- Images (if any): Attach separately</w:t>
      </w:r>
    </w:p>
    <w:sectPr w:rsidR="000905D5" w:rsidSect="00034616">
      <w:head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95DB4" w14:textId="77777777" w:rsidR="00EB15CA" w:rsidRDefault="00EB15CA" w:rsidP="00682904">
      <w:pPr>
        <w:spacing w:after="0" w:line="240" w:lineRule="auto"/>
      </w:pPr>
      <w:r>
        <w:separator/>
      </w:r>
    </w:p>
  </w:endnote>
  <w:endnote w:type="continuationSeparator" w:id="0">
    <w:p w14:paraId="3259B13E" w14:textId="77777777" w:rsidR="00EB15CA" w:rsidRDefault="00EB15CA" w:rsidP="006829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C5FCB" w14:textId="77777777" w:rsidR="00EB15CA" w:rsidRDefault="00EB15CA" w:rsidP="00682904">
      <w:pPr>
        <w:spacing w:after="0" w:line="240" w:lineRule="auto"/>
      </w:pPr>
      <w:r>
        <w:separator/>
      </w:r>
    </w:p>
  </w:footnote>
  <w:footnote w:type="continuationSeparator" w:id="0">
    <w:p w14:paraId="1F24D707" w14:textId="77777777" w:rsidR="00EB15CA" w:rsidRDefault="00EB15CA" w:rsidP="006829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8A406" w14:textId="54110A6C" w:rsidR="00682904" w:rsidRDefault="00682904" w:rsidP="006829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03734965">
    <w:abstractNumId w:val="8"/>
  </w:num>
  <w:num w:numId="2" w16cid:durableId="1239246388">
    <w:abstractNumId w:val="6"/>
  </w:num>
  <w:num w:numId="3" w16cid:durableId="985625518">
    <w:abstractNumId w:val="5"/>
  </w:num>
  <w:num w:numId="4" w16cid:durableId="1393651292">
    <w:abstractNumId w:val="4"/>
  </w:num>
  <w:num w:numId="5" w16cid:durableId="314073651">
    <w:abstractNumId w:val="7"/>
  </w:num>
  <w:num w:numId="6" w16cid:durableId="21826568">
    <w:abstractNumId w:val="3"/>
  </w:num>
  <w:num w:numId="7" w16cid:durableId="10420737">
    <w:abstractNumId w:val="2"/>
  </w:num>
  <w:num w:numId="8" w16cid:durableId="1104763924">
    <w:abstractNumId w:val="1"/>
  </w:num>
  <w:num w:numId="9" w16cid:durableId="279382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905D5"/>
    <w:rsid w:val="0015074B"/>
    <w:rsid w:val="00245C7A"/>
    <w:rsid w:val="0029639D"/>
    <w:rsid w:val="00326F90"/>
    <w:rsid w:val="004C6378"/>
    <w:rsid w:val="00682904"/>
    <w:rsid w:val="009C78F6"/>
    <w:rsid w:val="00A71D0D"/>
    <w:rsid w:val="00AA1D8D"/>
    <w:rsid w:val="00B47730"/>
    <w:rsid w:val="00CB0664"/>
    <w:rsid w:val="00EB15C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0C5E34"/>
  <w14:defaultImageDpi w14:val="300"/>
  <w15:docId w15:val="{8DA71532-17CD-4E70-B695-C834C76C0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Naresh R</cp:lastModifiedBy>
  <cp:revision>4</cp:revision>
  <cp:lastPrinted>2025-09-13T11:54:00Z</cp:lastPrinted>
  <dcterms:created xsi:type="dcterms:W3CDTF">2013-12-23T23:15:00Z</dcterms:created>
  <dcterms:modified xsi:type="dcterms:W3CDTF">2025-09-13T12:00:00Z</dcterms:modified>
  <cp:category/>
</cp:coreProperties>
</file>